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- סיפור, מנהגים, סביבון ומאכלים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חנוכה ואת המנהגים המרכזיים של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אותיות הסביבון ואת 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מאכלי החג המסורתיים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שמן שהספיק יום אחד דלק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טיהרו וחינכו מחדש את בית המקדש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יום מוסיפים נר נוסף עד שמונה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הסביבון הוא צעצוע מסתובב ולא מאכל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המאכלים בשמן מסמלים את נס פך השמן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חנוכה חל בחודש 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חלק מהנס שמציינים בחג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אותיות הסביבון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סופגנייה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כסליו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היוונים שולטים בארץ ישראל וגוזרים גזרות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המכבים יוצאים למרד נגד היוונים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המכבים מנצחים את הצבא היווני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מגיעים למקדש ומוצאים פך שמן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השמן דולק שמונה ימים במקום יום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לזכור את נס פך השמן שדלק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יש לבדוק שהתלמיד מתאר מנהג אמיתי של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המכבים ניצחו את היוונים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האותיות מספרות על נס השמן - נס גדול היה 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הקשורה למאכלי החג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סביבון אמיתי לכיתה ולהדגים את האותיות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טעימה או הצגה של לביבות/סופגניות אם אפשרי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בסיפור הבסיסי ובמילים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- סיפור, מנהגים, סביבון ומאכלים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עיקרי חג החנוכה: הסיפור ההיסטורי, המנהגים, הסביבון והמאכלים המיוחדים לחג.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נגד מי נלחמו המכבים?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הרומאים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הבבלים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הנס העיקרי בסיפור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שמן שהספיק יום אחד דלק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גשם ירד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החיילים ניצחו בלי 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המקדש נבנה ביום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ימים חוגגים את 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עשו המכבים אחרי הניצחון?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בנו בית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טיהרו וחינכו מחדש את בית המקדש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עברו לגור בעיר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הפסיקו לחגוג חגים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מדליקים חנוכייה כל ערב בסדר עולה של נרות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הסביבון הוא מאכל שאוכלים בחג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לביבות וסופגניות מטוגנים בשמן כדי לזכור את נס השמן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חנוכה חל בחודש ניסן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המכבים ניצחו צבא גדול וחזק מהם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אותיות הסביבון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החנוכה מדליקים נרות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מאכל מטוגן ועגול עם ריבה בפנים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מאכל מטוגן העשוי מתפוחי אדמה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הצעצוע המסתובב בחג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חג חנוכה חל בחודש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המכבים מנצחים את הצבא היווני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השמן דולק שמונה ימים במקום יום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היוונים שולטים בארץ ישראל וגוזרים גזרות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המכבים יוצאים למרד נגד היוונים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למקדש ומוצאים פך שמן קטן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במילים שלכם למה אנחנו אוכלים מאכלים מטוגנים בשמן בחג החנוכה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מנהג אחד של חג החנוכה שאתם אוהבים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ניצח את מי בסיפור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מסמלות האותיות על הסביבון?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מאכל מסורתי של החג אתם הכי אוהבים?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חנוכה - סיפור, מנהגים, סביבון ומאכלים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