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סיפור, מנהגים, סביבון ומאכלים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ואת המנהגים המרכזיים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הסביבון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מאכלי החג המסורתיים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שמן שהספיק יום אחד דלק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יום מוסיפים נר נוסף עד שמונה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מסתובב ולא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שולטים בארץ ישראל וגוזרים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יוצאים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מנצחים את הצבא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למקדש ומוצאים פך שמן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לזכור את נס פך השמן שדלק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המכבים ניצחו את היוונים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האותיות מספרות על נס השמן - נס גדול היה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למאכלי החג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סביבון אמיתי לכיתה ולהדגים את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טעימה או הצגה של לביבות/סופגניות אם אפשרי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בסיפור הבסיסי ובמילים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סיפור, מנהגים, סביבון ומאכלים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עיקרי חג החנוכה: הסיפור ההיסטורי, המנהגים, הסביבון והמאכלים המיוחדים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חנוכייה  ·  לביבה  ·  סופגנייה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נגד מי נלחמו המכבים?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הנס העיקרי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שמן שהספיק יום אחד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גשם ירד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החיילים ניצחו בלי קרב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מדליקים חנוכייה כל ערב בסדר עולה של 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הוא מאכל שאוכלים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מאכל מטוגן ועגול עם ריבה בפנים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מאכל מטוגן העשוי מתפוחי אדמה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מנצחים את הצבא היווני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למקדש ומוצאים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יוצאים למרד נגד היוונים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שולטים בארץ ישראל וגוזרים גזרות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במילים שלכם למה אנחנו אוכלים מאכלים מטוגנים בשמן בחג החנוכה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ניצח את מי בסיפור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מסמלות האותיות על הסביבון?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סיפור, מנהגים, סביבון ומאכלים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